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כיתת הרובוטים – תחנות הלמידה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רובוטי הלמידה ואת תפקיד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המסלול המומלץ בכיתת הרובוטים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שם הרובוט לבין הפעילות שהוא מציע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עושה מה? (רב-ברירה)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פירמי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רובוט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(קריאת טקסט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פירמידה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(דף צביעה לפי 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(משחק מילים)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 המסלול המומלץ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טקסט ועונים על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משפט פירמידה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משחקים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צובעים לפי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צבעונית היא רובוטית, בלשון 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שמות הרובוטים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בוחר/ת רובוט אחד, מסביר/ה את תפקידו ונותן/ת סיבה אישית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קריאת משפט פירמידה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קריאת טקסט ועניה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הרובוטית שיחית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התמונה עם הנקודות המהבהבות לפני מילוי הדף כדי לחבר בין השמות לתפקידים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חלק הסידור (order) בקבוצות ולבדוק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חלקי ה-skip_n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כיתת הרובוטים – תחנות הלמידה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בכיתת הרובוטים יש כמה תחנות למידה, וכל תחנה היא רובוט עם תפקיד משלו. בדף הזה נתרגל להכיר כל רובוט ואת הסדר הנכון של המסלול.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פירמי  ·  טקסטי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מי עושה מה? (רב-ברירה)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רובוט עוזר לקרוא טקסט ולענות על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רובוט קשור למשפט פירמידה שקוראים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פירמי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התאמה: רובוט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טקסטי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פירמידה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פירמי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משחק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צבעונית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קריאת טקסט ושאלות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דף צביעה לפי 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סדר המסלול המומלץ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צובעים לפי 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משחקים במילים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טקסט ועונים על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משפט פירמידה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רובוט הטקסטים עוזר לקרוא טקסט ולענות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צבעונית הוא שם של רובוט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השלמת שמות הרובוטים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הרובוט __________ עוזר לקרוא טקסט ולענות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הרובוט __________ קורא משפטי פירמידה בקול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רובוט מהכיתה הכי מעניין אתכם ולמה? כתבו 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תפקידו של הרובוט פירמי?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הצעד הראשון במסלול המומלץ?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כיתת הרובוטים – תחנות הלמידה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