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כיתת הרובוטים – תחנות הלמידה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רובוטי הלמידה ואת תפקיד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המסלול המומלץ בכיתת הרובוטים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שם הרובוט לבין הפעילות שהוא מציע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עושה מה? (רב-ברירה)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טקסטי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פירמי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צבעונית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משחקי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התאמה: רובוט ותפקיד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(קריאת טקסט ושאלות)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(משפט פירמידה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(דף צביעה לפי 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(משחק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(כרטיס שיח לסיכום)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סדר המסלול המומלץ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טקסט ועונים על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משפט פירמידה בקול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משחקים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צובעים לפי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מסכמים בכרטיס 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עונים על חידון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תפקידו של טקסטי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צבעונית היא רובוטית, בלשון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שהחידון כולל 5 שאלות עם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המסלול מתחיל בקריאת טקסט ושאלות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השלמת שמות הרובוטים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טקסטי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פירמי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צבעונית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משחקי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שיחית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בוחר/ת רובוט אחד, מסביר/ה את תפקידו ונותן/ת סיבה אישית לבחירה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רעיון יצירתי לרובוט עם תפקיד ברור בתחום הלמידה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קריאת משפט פירמידה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קריאת טקסט ועניה על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הרובוטית שיחית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התמונה עם הנקודות המהבהבות לפני מילוי הדף כדי לחבר בין השמות לתפקידים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לבצע את חלק הסידור (order) בקבוצות ולבדוק יחד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חלקי ה-skip_n מתאימים להשמטה בגרסה המותאמת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כיתת הרובוטים – מחוללי למידה לכל רמה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כיתת הרובוטים – תחנות הלמידה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בכיתה יש רובוטים. לכל רובוט יש שם ותפקיד. נלמד מי עושה מה, ובאיזה סדר הולכים בין הרובוטים.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תחנת 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עושים פעילות אחת ולומדים ממנה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פירמידת משפטים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שבונים שלב אחרי שלב, מילה אחר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שיח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קטן עם שאלות לשיחה או לסיכום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קוד צבעים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הוראה שאומרת איזה צבע לצבוע בכל חלק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מחולל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שיוצר דברים חדשים, כמו משחקים או שאלות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שאלות קצרות עם תשובה ומשוב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 מומלץ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הפעילויות שכדאי לעשות אחת אחרי השנייה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עושה מה? (רב-ברירה)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עוזר לקרוא טקסט ולענות על 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פירמי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שיחית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קשור למשפט פירמידה?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פירמי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צובעת לפי קוד?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שיחית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יוצר משחקים?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שיחית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פירמי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שאלות יש בחידון?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התאמה: רובוט ותפקיד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טקסטי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משפט פירמידה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פירמי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קריאת טקסט ושאלות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צבעונית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משחק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משחקי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כרטיס שיח לסיכום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שיחית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דף צביעה לפי קוד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סדר המסלול המומלץ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צובעים לפי קוד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מסכמים בכרטיס שיח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משפט פירמידה בקול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חידון קצר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משחקים במילים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טקסט ועונים על 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רובוט הטקסטים עוזר לקרוא טקסט ולענות על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צבעונית הוא שם של רובוט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חידון הרובוטים כולל משוב לתשובות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המסלול המומלץ מתחיל בצביעה לפי 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השלמת שמות הרובוטים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הרובוט __________ עוזר לקרוא טקסט ולענות על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הרובוט __________ קורא משפטי פירמידה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הרובוטית __________ אחראית על דפי הצביעה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הרובוט __________ מחולל משחקי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הרובוטית __________ אחראית על כרטיסי השיח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רובוט מהכיתה הכי מעניין אתכם ולמה? כתבו שתיים-שלוש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ממציאים רובוט למידה חדש לכיתה – מה הוא היה עושה?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הרובוט פירמי?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הצעד הראשון במסלול המומלץ?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אחראית על כרטיסי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כיתת הרובוטים – תחנות הלמידה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