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כיתת הרובוטים – מחוללי למידה לכל רמה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כיתת הרובוטים – תחנות הלמידה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רובוטי הלמידה ואת תפקיד כל אחד מהם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סדר המסלול המומלץ בכיתת הרובוטים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שם הרובוט לבין הפעילות שהוא מציע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 עושה מה? (רב-ברירה)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טקסטי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פירמי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צבעונית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משחקי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התאמה: רובוט ותפקיד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(קריאת טקסט ושאלות)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(משפט פירמידה בקול)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(דף צביעה לפי קוד)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(משחק מילים)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(כרטיס שיח לסיכום)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סדר המסלול המומלץ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טקסט ועונים על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קוראים משפט פירמידה בקול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משחקים במילים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צובעים לפי 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מסכמים בכרטיס שיח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עונים על חידון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בדיוק תפקידו של טקסטי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צבעונית היא רובוטית, בלשון 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שהחידון כולל 5 שאלות עם 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המסלול מתחיל בקריאת טקסט ושאלות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השלמת שמות הרובוטים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טקסטי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פירמי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צבעונית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משחקי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שיחית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תלמיד/ה בוחר/ת רובוט אחד, מסביר/ה את תפקידו ונותן/ת סיבה אישית לבחירה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רעיון יצירתי לרובוט עם תפקיד ברור בתחום הלמידה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קריאת משפט פירמידה בקול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קריאת טקסט ועניה על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הרובוטית שיחית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התמונה עם הנקודות המהבהבות לפני מילוי הדף כדי לחבר בין השמות לתפקידים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לבצע את חלק הסידור (order) בקבוצות ולבדוק יחד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חלקי ה-skip_n מתאימים להשמטה בגרסה המותאמת לחינוך מיוחד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כיתת הרובוטים – מחוללי למידה לכל רמה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כיתת הרובוטים – תחנות הלמידה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בכיתת הרובוטים יש כמה תחנות למידה, וכל תחנה היא רובוט עם תפקיד משלו. בדף הזה נתרגל להכיר כל רובוט ואת הסדר הנכון של המסלול.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מי עושה מה? (רב-ברירה)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רובוט עוזר לקרוא טקסט ולענות על שאלות?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פירמי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טקסטי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צבעונית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שיחית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רובוט קשור למשפט פירמידה שקוראים בקול?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משחקי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טקסטי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פירמי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צבעונית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אחראית על דפי צביעה לפי קוד?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צבעונית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שיחית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טקסטי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מחולל משחקי מילים?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שיחית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פירמי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צבעונית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שאלות יש בחידון הרובוטים?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התאמה: רובוט ותפקיד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טקסטי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דף צביעה לפי קוד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פירמי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משחק מילים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צבעונית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קריאת טקסט ושאלות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משחקי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כרטיס שיח לסיכום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שיחית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משפט פירמידה בקול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סדר המסלול המומלץ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משחקים במילים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טקסט ועונים על שאלות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משפט פירמידה בקול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עונים על חידון קצר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צובעים לפי קוד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מסכמים בכרטיס שיח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רובוט הטקסטים עוזר לקרוא טקסט ולענות על שאלות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צבעונית הוא שם של רובוט זכר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חידון הרובוטים כולל משוב לתשובות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המסלול המומלץ מתחיל בצביעה לפי קוד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השלמת שמות הרובוטים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הרובוט __________ עוזר לקרוא טקסט ולענות על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הרובוט __________ קורא משפטי פירמידה בקול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הרובוטית __________ אחראית על דפי הצביעה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הרובוט __________ מחולל משחקי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הרובוטית __________ אחראית על כרטיסי השיח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רובוט מהכיתה הכי מעניין אתכם ולמה? כתבו שתיים-שלוש שורות.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אם הייתם ממציאים רובוט למידה חדש לכיתה – מה הוא היה עושה?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תפקידו של הרובוט פירמי?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הצעד הראשון במסלול המומלץ?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אחראית על כרטיסי השיח?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כיתת הרובוטים – תחנות הלמידה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